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 מפתח בחייו של מנחם בגין ולקשר אותם לערכים כמו שלום, צניעות וכבוד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מכתב אישי: פנייה, גוף, שאלה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אישי מנומק ומכבד בהתאם לרשימת בדיקה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הסכם השלום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מפקד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פנייה מכבדת, אירוע, ערך ושאלה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בן גוריון היה ראש הממשלה הראשון של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קיבל אותו יחד עם נשיא מצרים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רשימת הבדיקה דורשת קשר מפורש לערך כמו שלום או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בגין התפטר מתפקידו בשנת 1983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או חלק במכתב לערך או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(פירוט 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(סקרנות וחשיבה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(נימוס וסיום מכובד)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(ערך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(ערך הצניעות)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המכתב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פנייה מכבדת: לכבוד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על אירוע אחד מחייו של בגין, עם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מה האירוע מלמד אתכם/ן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שאלה אחת שהייתם/ן רוצים/ות לשאול את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סיימו בברכה ובחתימה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מכתב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פנייה מכבדת בפתיחה, תיאור אירוע אחד עם תאריך, קשר ברור לערך, שאלה אחת לבגין, וחתימה בסוף המכתב.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אירוע מתאים כמו הסכם שלום או חיים צנועים, מקושר נכון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מכבדת בפתיחה, חתימה אישית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וברורה המתייחסת לאירוע או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מכתב קצרה בלוח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רשימת הבדיקה מהדף יחד עם התלמידים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 ולהתמקד בכתיבת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הידע על מנחם בגין לקראת כתיבת מכתב אישי אליו, שבו תספרו על אירוע מחייו, תקשרו אותו לערך מסוים ותשאלו 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נחתם הסכם השלום בין ישראל למצרים ביוזמת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קיבל בגין 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תפקיד שימש בגין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 בארה"ב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אורח חייו האישי של בגין לפי החומר?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פאר ועושר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בידוד מהציבור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נסיעות תכופות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חייב להיכלל במכתב, לפי רשימת הבדיקה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פנייה וחתימה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פנייה מכבדת, אירוע, ערך ושאלה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כל חייו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לקשר את האירוע לערך כלשהו במכתב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בסופו של דבר מתפקיד ראש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המכתב למנחם בגין צריך לכלול בין 8 ל-__________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נשיא מצרים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1978 קיבל בגין את פרס __________ על פועלו למען השלום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היותו מנהיג מדיני, בגין פיקד על תנועת המחתרת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המכתב יש לכתוב בברכה ו__________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או חלק במכתב לערך או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תיאור אירוע עם תאריך מדויק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ערך הצניעות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אחת לבגין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פירוט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חתימה על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נימוס וסיום מכובד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אורח חיים פשוט וללא פאר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סקרנות וחשיבה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המכתב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שאלה אחת שהייתם/ן רוצים/ות לשאול את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סיימו בברכה ובחתימה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פנייה מכבדת: לכבוד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מה האירוע מלמד אתכם/ן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על אירוע אחד מחייו של בגין, עם תאריך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אישי למנחם בגין באורך 8-12 שורות. בחרו אירוע אחד מחייו, הסבירו מה הוא מלמד אתכם/ן על ערך כמו צניעות, שלום, כבוד האדם או מנהיגות,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אירוע אחד מחייו של בגין וערך אחד שהוא מבטא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בפתיחה ובסיום של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שהייתם/ן רוצים/ות לשאול את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אישי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