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מכתב אישי למנחם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אירועי מפתח בחייו של מנחם בגין ולקשר אותם לערכים כמו שלום, צניעות וכבוד האדם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מבנה של מכתב אישי: פנייה, גוף, שאלה וחתימה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מכתב אישי מנומק ומכבד בהתאם לרשימת בדיקה נתונה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הסכם השלום עם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צניעות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הוא קיבל אותו יחד עם נשיא מצרים על הסכם השלום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רשימת הבדיקה דורשת קשר מפורש לערך כמו שלום או צניעות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אנואר סאדאת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אירוע או חלק במכתב לערך או לתפקיד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(פירוט היסטורי)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(סקרנות וחשיבה אישית)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(נימוס וסיום מכובד)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(ערך השלום)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כתיבת המכתב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כתבו פנייה מכבדת: לכבוד מנחם בגין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ספרו על אירוע אחד מחייו של בגין, עם תאריך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הסבירו מה האירוע מלמד אתכם/ן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שאלו שאלה אחת שהייתם/ן רוצים/ות לשאול את בגין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מכתב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לבדוק: פנייה מכבדת בפתיחה, תיאור אירוע אחד עם תאריך, קשר ברור לערך, שאלה אחת לבגין, וחתימה בסוף המכתב.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אירוע מתאים כמו הסכם שלום או חיים צנועים, מקושר נכון לערך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פנייה מכבדת בפתיחה, חתימה אישית בסיום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רלוונטית וברורה המתייחסת לאירוע או לערך שנבחר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דוגמת מכתב קצרה בלוח לפני הכתיבה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לעבור על רשימת הבדיקה מהדף יחד עם התלמידים לפני ההגשה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הפריטים המסומנים כקשים יותר ולהתמקד בכתיבת המכתב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מכתב אישי למנחם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תתרגלו את הידע על מנחם בגין לקראת כתיבת מכתב אישי אליו, שבו תספרו על אירוע מחייו, תקשרו אותו לערך מסוים ותשאלו שאלה.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אנואר סאדאת  ·  12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על מה קיבל בגין פרס נובל לשלום?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הקמת 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הסכם השלום עם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ניצחון במלחמה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מאפיין את אורח חייו האישי של בגין לפי החומר?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פאר ועושר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צניעות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בידוד מהציבור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בגין קיבל פרס נובל לשלום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אין צורך לקשר את האירוע לערך כלשהו במכתב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המכתב למנחם בגין צריך לכלול בין 8 ל-__________ שורות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בגין חתם על הסכם שלום עם נשיא מצרים בשם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אירוע או חלק במכתב לערך או לתפקיד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תיאור אירוע עם תאריך מדויק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סקרנות וחשיבה אישית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שאלה אחת לבגין בסוף המכתב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פירוט היסטורי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חתימה בסוף המכתב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ערך השלום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חתימה על הסכם שלום עם מצרים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נימוס וסיום מכובד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כתיבת המכתב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הסבירו מה האירוע מלמד אתכם/ן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כתבו פנייה מכבדת: לכבוד מנחם בגין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שאלו שאלה אחת שהייתם/ן רוצים/ות לשאול את בגין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ספרו על אירוע אחד מחייו של בגין, עם תאריך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כתיבת מכתב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מכתב אישי למנחם בגין באורך 8-12 שורות. בחרו אירוע אחד מחייו, הסבירו מה הוא מלמד אתכם/ן על ערך כמו צניעות, שלום, כבוד האדם או מנהיגות, ושאלו אותו שאלה אחת.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אירוע אחד מחייו של בגין וערך אחד שהוא מבטא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חייב להיות בפתיחה ובסיום של מכתב אישי?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מכתב אישי למנחם בגין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